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D4489" w14:textId="7D9EE731" w:rsidR="00106D6D" w:rsidRDefault="00106D6D" w:rsidP="00106D6D">
      <w:pPr>
        <w:pStyle w:val="Title"/>
        <w:jc w:val="center"/>
      </w:pPr>
      <w:r>
        <w:rPr>
          <w:noProof/>
        </w:rPr>
        <w:drawing>
          <wp:inline distT="0" distB="0" distL="0" distR="0" wp14:anchorId="5418512A" wp14:editId="43EE9698">
            <wp:extent cx="2185416" cy="758952"/>
            <wp:effectExtent l="0" t="0" r="5715" b="3175"/>
            <wp:docPr id="794090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090730" name="Picture 7940907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5416" cy="75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6257C" w14:textId="77777777" w:rsidR="00106D6D" w:rsidRDefault="00106D6D" w:rsidP="00106D6D">
      <w:pPr>
        <w:pStyle w:val="Title"/>
        <w:jc w:val="center"/>
      </w:pPr>
    </w:p>
    <w:p w14:paraId="5A3C2F2F" w14:textId="49E84F09" w:rsidR="00106D6D" w:rsidRPr="00106D6D" w:rsidRDefault="00F03EBA" w:rsidP="00106D6D">
      <w:pPr>
        <w:pStyle w:val="Title"/>
        <w:jc w:val="center"/>
        <w:rPr>
          <w:rFonts w:asciiTheme="minorHAnsi" w:hAnsiTheme="minorHAnsi"/>
          <w:b/>
          <w:bCs/>
          <w:sz w:val="36"/>
          <w:szCs w:val="36"/>
        </w:rPr>
      </w:pPr>
      <w:r>
        <w:rPr>
          <w:rFonts w:asciiTheme="minorHAnsi" w:hAnsiTheme="minorHAnsi"/>
          <w:b/>
          <w:bCs/>
          <w:sz w:val="36"/>
          <w:szCs w:val="36"/>
        </w:rPr>
        <w:t>Navigating Your Role as a New Board Member</w:t>
      </w:r>
    </w:p>
    <w:p w14:paraId="4C7071A9" w14:textId="64DB7044" w:rsidR="00244626" w:rsidRDefault="00106D6D" w:rsidP="00CC3CBE">
      <w:pPr>
        <w:pStyle w:val="Title"/>
        <w:spacing w:after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106D6D">
        <w:rPr>
          <w:rFonts w:asciiTheme="minorHAnsi" w:hAnsiTheme="minorHAnsi"/>
          <w:b/>
          <w:bCs/>
          <w:sz w:val="28"/>
          <w:szCs w:val="28"/>
        </w:rPr>
        <w:t xml:space="preserve">MCCSA Webinar – </w:t>
      </w:r>
      <w:r w:rsidR="00F03EBA">
        <w:rPr>
          <w:rFonts w:asciiTheme="minorHAnsi" w:hAnsiTheme="minorHAnsi"/>
          <w:b/>
          <w:bCs/>
          <w:sz w:val="28"/>
          <w:szCs w:val="28"/>
        </w:rPr>
        <w:t>September 2026</w:t>
      </w:r>
    </w:p>
    <w:p w14:paraId="296E089A" w14:textId="4FF3C65A" w:rsidR="00CC3CBE" w:rsidRPr="00DD1DF7" w:rsidRDefault="00305106" w:rsidP="00305106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DD1DF7">
        <w:rPr>
          <w:b/>
          <w:bCs/>
          <w:i/>
          <w:iCs/>
          <w:sz w:val="28"/>
          <w:szCs w:val="28"/>
        </w:rPr>
        <w:t>The Governance Compass – Quick Reference Guide</w:t>
      </w:r>
    </w:p>
    <w:p w14:paraId="65BE6629" w14:textId="77777777" w:rsidR="00CC3CBE" w:rsidRPr="00DD1DF7" w:rsidRDefault="00CC3CBE" w:rsidP="00CC3CBE">
      <w:pPr>
        <w:spacing w:after="0" w:line="240" w:lineRule="auto"/>
        <w:rPr>
          <w:b/>
          <w:bCs/>
          <w:i/>
          <w:iCs/>
          <w:sz w:val="28"/>
          <w:szCs w:val="28"/>
        </w:rPr>
      </w:pPr>
    </w:p>
    <w:p w14:paraId="5449AF08" w14:textId="39C93C70" w:rsidR="00CC3CBE" w:rsidRDefault="009868B3" w:rsidP="00572E12">
      <w:pPr>
        <w:pStyle w:val="ListBullet"/>
        <w:numPr>
          <w:ilvl w:val="0"/>
          <w:numId w:val="0"/>
        </w:numPr>
        <w:spacing w:after="0" w:line="240" w:lineRule="auto"/>
        <w:ind w:left="360" w:hanging="360"/>
      </w:pPr>
      <w:r w:rsidRPr="009868B3">
        <w:rPr>
          <w:noProof/>
        </w:rPr>
        <w:drawing>
          <wp:inline distT="0" distB="0" distL="0" distR="0" wp14:anchorId="600DEA76" wp14:editId="7C5DCC5B">
            <wp:extent cx="5349240" cy="3657600"/>
            <wp:effectExtent l="0" t="0" r="3810" b="0"/>
            <wp:docPr id="955352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520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0C384" w14:textId="77777777" w:rsidR="003A4241" w:rsidRDefault="003A4241" w:rsidP="00572E12">
      <w:pPr>
        <w:pStyle w:val="ListBullet"/>
        <w:numPr>
          <w:ilvl w:val="0"/>
          <w:numId w:val="0"/>
        </w:numPr>
        <w:spacing w:after="0" w:line="240" w:lineRule="auto"/>
        <w:ind w:left="360" w:hanging="360"/>
      </w:pPr>
    </w:p>
    <w:p w14:paraId="451FAF62" w14:textId="77777777" w:rsidR="003A4241" w:rsidRDefault="003A4241" w:rsidP="000552F1">
      <w:pPr>
        <w:pStyle w:val="Heading1"/>
        <w:spacing w:before="0" w:line="240" w:lineRule="auto"/>
        <w:jc w:val="center"/>
        <w:rPr>
          <w:rFonts w:asciiTheme="minorHAnsi" w:hAnsiTheme="minorHAnsi"/>
        </w:rPr>
      </w:pPr>
      <w:r w:rsidRPr="00B01683">
        <w:rPr>
          <w:rFonts w:asciiTheme="minorHAnsi" w:hAnsiTheme="minorHAnsi"/>
        </w:rPr>
        <w:t>Before I act, ask:</w:t>
      </w:r>
    </w:p>
    <w:p w14:paraId="13469AAF" w14:textId="77777777" w:rsidR="00B01683" w:rsidRPr="00B01683" w:rsidRDefault="00B01683" w:rsidP="000552F1">
      <w:pPr>
        <w:spacing w:after="0" w:line="240" w:lineRule="auto"/>
        <w:jc w:val="center"/>
      </w:pPr>
    </w:p>
    <w:p w14:paraId="6B982D39" w14:textId="77777777" w:rsidR="003A4241" w:rsidRPr="00B01683" w:rsidRDefault="003A4241" w:rsidP="000552F1">
      <w:pPr>
        <w:spacing w:after="160" w:line="278" w:lineRule="auto"/>
        <w:ind w:left="720"/>
        <w:jc w:val="center"/>
        <w:rPr>
          <w:b/>
          <w:bCs/>
          <w:i/>
          <w:iCs/>
          <w:sz w:val="24"/>
          <w:szCs w:val="24"/>
        </w:rPr>
      </w:pPr>
      <w:r w:rsidRPr="00B01683">
        <w:rPr>
          <w:b/>
          <w:bCs/>
          <w:i/>
          <w:iCs/>
          <w:sz w:val="24"/>
          <w:szCs w:val="24"/>
        </w:rPr>
        <w:t>Is this aligned with our mission?</w:t>
      </w:r>
    </w:p>
    <w:p w14:paraId="480BCFC1" w14:textId="77777777" w:rsidR="003A4241" w:rsidRPr="00B01683" w:rsidRDefault="003A4241" w:rsidP="000552F1">
      <w:pPr>
        <w:spacing w:after="160" w:line="278" w:lineRule="auto"/>
        <w:ind w:left="720"/>
        <w:jc w:val="center"/>
        <w:rPr>
          <w:b/>
          <w:bCs/>
          <w:i/>
          <w:iCs/>
          <w:sz w:val="24"/>
          <w:szCs w:val="24"/>
        </w:rPr>
      </w:pPr>
      <w:r w:rsidRPr="00B01683">
        <w:rPr>
          <w:b/>
          <w:bCs/>
          <w:i/>
          <w:iCs/>
          <w:sz w:val="24"/>
          <w:szCs w:val="24"/>
        </w:rPr>
        <w:t>Is this within the Board's role?</w:t>
      </w:r>
    </w:p>
    <w:p w14:paraId="082DF642" w14:textId="77777777" w:rsidR="003A4241" w:rsidRPr="00B01683" w:rsidRDefault="003A4241" w:rsidP="000552F1">
      <w:pPr>
        <w:spacing w:after="160" w:line="278" w:lineRule="auto"/>
        <w:ind w:left="720"/>
        <w:jc w:val="center"/>
        <w:rPr>
          <w:b/>
          <w:bCs/>
          <w:i/>
          <w:iCs/>
          <w:sz w:val="24"/>
          <w:szCs w:val="24"/>
        </w:rPr>
      </w:pPr>
      <w:r w:rsidRPr="00B01683">
        <w:rPr>
          <w:b/>
          <w:bCs/>
          <w:i/>
          <w:iCs/>
          <w:sz w:val="24"/>
          <w:szCs w:val="24"/>
        </w:rPr>
        <w:t>Does this support students?</w:t>
      </w:r>
    </w:p>
    <w:p w14:paraId="664CFEF7" w14:textId="77777777" w:rsidR="003A4241" w:rsidRPr="00B01683" w:rsidRDefault="003A4241" w:rsidP="000552F1">
      <w:pPr>
        <w:spacing w:after="160" w:line="278" w:lineRule="auto"/>
        <w:ind w:left="720"/>
        <w:jc w:val="center"/>
        <w:rPr>
          <w:b/>
          <w:bCs/>
          <w:i/>
          <w:iCs/>
          <w:sz w:val="24"/>
          <w:szCs w:val="24"/>
        </w:rPr>
      </w:pPr>
      <w:r w:rsidRPr="00B01683">
        <w:rPr>
          <w:b/>
          <w:bCs/>
          <w:i/>
          <w:iCs/>
          <w:sz w:val="24"/>
          <w:szCs w:val="24"/>
        </w:rPr>
        <w:t>Is it financially responsible?</w:t>
      </w:r>
    </w:p>
    <w:p w14:paraId="32DE4464" w14:textId="77777777" w:rsidR="003A4241" w:rsidRPr="00B01683" w:rsidRDefault="003A4241" w:rsidP="000552F1">
      <w:pPr>
        <w:spacing w:after="160" w:line="278" w:lineRule="auto"/>
        <w:ind w:left="720"/>
        <w:jc w:val="center"/>
        <w:rPr>
          <w:b/>
          <w:bCs/>
          <w:i/>
          <w:iCs/>
          <w:sz w:val="24"/>
          <w:szCs w:val="24"/>
        </w:rPr>
      </w:pPr>
      <w:r w:rsidRPr="00B01683">
        <w:rPr>
          <w:b/>
          <w:bCs/>
          <w:i/>
          <w:iCs/>
          <w:sz w:val="24"/>
          <w:szCs w:val="24"/>
        </w:rPr>
        <w:t>Does it comply with our charter?</w:t>
      </w:r>
    </w:p>
    <w:p w14:paraId="0418C3E4" w14:textId="77777777" w:rsidR="003A4241" w:rsidRDefault="003A4241" w:rsidP="000552F1">
      <w:pPr>
        <w:pStyle w:val="ListBullet"/>
        <w:numPr>
          <w:ilvl w:val="0"/>
          <w:numId w:val="0"/>
        </w:numPr>
        <w:spacing w:after="0" w:line="240" w:lineRule="auto"/>
        <w:ind w:left="360" w:hanging="360"/>
        <w:jc w:val="center"/>
      </w:pPr>
    </w:p>
    <w:p w14:paraId="5B714C8F" w14:textId="00BA9BE6" w:rsidR="00B91945" w:rsidRPr="00B91945" w:rsidRDefault="00B91945" w:rsidP="000552F1">
      <w:pPr>
        <w:pStyle w:val="ListBullet"/>
        <w:numPr>
          <w:ilvl w:val="0"/>
          <w:numId w:val="0"/>
        </w:numPr>
        <w:spacing w:after="0" w:line="240" w:lineRule="auto"/>
        <w:ind w:left="360" w:hanging="360"/>
        <w:jc w:val="center"/>
        <w:rPr>
          <w:b/>
          <w:bCs/>
          <w:i/>
          <w:iCs/>
          <w:sz w:val="24"/>
          <w:szCs w:val="24"/>
        </w:rPr>
      </w:pPr>
      <w:r w:rsidRPr="00B91945">
        <w:rPr>
          <w:b/>
          <w:bCs/>
          <w:i/>
          <w:iCs/>
          <w:sz w:val="24"/>
          <w:szCs w:val="24"/>
        </w:rPr>
        <w:t>My role is not to run the school</w:t>
      </w:r>
      <w:r>
        <w:rPr>
          <w:b/>
          <w:bCs/>
          <w:i/>
          <w:iCs/>
          <w:sz w:val="24"/>
          <w:szCs w:val="24"/>
        </w:rPr>
        <w:t>.  My role is to help</w:t>
      </w:r>
      <w:r w:rsidRPr="00B91945">
        <w:rPr>
          <w:b/>
          <w:bCs/>
          <w:i/>
          <w:iCs/>
          <w:sz w:val="24"/>
          <w:szCs w:val="24"/>
        </w:rPr>
        <w:t xml:space="preserve"> govern it well!</w:t>
      </w:r>
    </w:p>
    <w:sectPr w:rsidR="00B91945" w:rsidRPr="00B9194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A113A3"/>
    <w:multiLevelType w:val="multilevel"/>
    <w:tmpl w:val="EF9C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7308755">
    <w:abstractNumId w:val="8"/>
  </w:num>
  <w:num w:numId="2" w16cid:durableId="2032686851">
    <w:abstractNumId w:val="6"/>
  </w:num>
  <w:num w:numId="3" w16cid:durableId="651984385">
    <w:abstractNumId w:val="5"/>
  </w:num>
  <w:num w:numId="4" w16cid:durableId="334109747">
    <w:abstractNumId w:val="4"/>
  </w:num>
  <w:num w:numId="5" w16cid:durableId="973411503">
    <w:abstractNumId w:val="7"/>
  </w:num>
  <w:num w:numId="6" w16cid:durableId="1707365192">
    <w:abstractNumId w:val="3"/>
  </w:num>
  <w:num w:numId="7" w16cid:durableId="1365403426">
    <w:abstractNumId w:val="2"/>
  </w:num>
  <w:num w:numId="8" w16cid:durableId="1631327279">
    <w:abstractNumId w:val="1"/>
  </w:num>
  <w:num w:numId="9" w16cid:durableId="235165457">
    <w:abstractNumId w:val="0"/>
  </w:num>
  <w:num w:numId="10" w16cid:durableId="2512102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2F1"/>
    <w:rsid w:val="0005715E"/>
    <w:rsid w:val="0006063C"/>
    <w:rsid w:val="00106D6D"/>
    <w:rsid w:val="0015074B"/>
    <w:rsid w:val="00244626"/>
    <w:rsid w:val="0029639D"/>
    <w:rsid w:val="00305106"/>
    <w:rsid w:val="00326F90"/>
    <w:rsid w:val="003439D1"/>
    <w:rsid w:val="003A4241"/>
    <w:rsid w:val="00572E12"/>
    <w:rsid w:val="006B0A6E"/>
    <w:rsid w:val="008B4078"/>
    <w:rsid w:val="009868B3"/>
    <w:rsid w:val="00A829A1"/>
    <w:rsid w:val="00AA1D8D"/>
    <w:rsid w:val="00B01683"/>
    <w:rsid w:val="00B47730"/>
    <w:rsid w:val="00B91945"/>
    <w:rsid w:val="00C8499D"/>
    <w:rsid w:val="00CB0664"/>
    <w:rsid w:val="00CC3CBE"/>
    <w:rsid w:val="00DD1DF7"/>
    <w:rsid w:val="00DE5448"/>
    <w:rsid w:val="00F03E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F14B1E"/>
  <w14:defaultImageDpi w14:val="300"/>
  <w15:docId w15:val="{A7E9089A-918D-480A-BE9F-49A927B46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Irwin</cp:lastModifiedBy>
  <cp:revision>4</cp:revision>
  <dcterms:created xsi:type="dcterms:W3CDTF">2026-08-11T18:59:00Z</dcterms:created>
  <dcterms:modified xsi:type="dcterms:W3CDTF">2026-08-11T19:00:00Z</dcterms:modified>
  <cp:category/>
</cp:coreProperties>
</file>